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color w:val="159FD1"/>
          <w:sz w:val="16"/>
        </w:rPr>
        <w:t>ABSENDER</w:t>
      </w:r>
    </w:p>
    <w:p>
      <w:pPr>
        <w:spacing w:after="40"/>
      </w:pPr>
      <w:r>
        <w:rPr>
          <w:rFonts w:ascii="Arial" w:hAnsi="Arial"/>
          <w:b/>
          <w:color w:val="172B3F"/>
          <w:sz w:val="21"/>
        </w:rPr>
        <w:t>[Vorname Nachname]</w:t>
      </w:r>
    </w:p>
    <w:p>
      <w:pPr>
        <w:spacing w:after="20"/>
      </w:pPr>
      <w:r>
        <w:rPr>
          <w:rFonts w:ascii="Arial" w:hAnsi="Arial"/>
          <w:color w:val="172B3F"/>
          <w:sz w:val="19"/>
        </w:rPr>
        <w:t>[Straße Hausnummer]  ·  [PLZ Ort]</w:t>
      </w:r>
    </w:p>
    <w:p>
      <w:pPr>
        <w:spacing w:after="340"/>
      </w:pPr>
      <w:r>
        <w:rPr>
          <w:rFonts w:ascii="Arial" w:hAnsi="Arial"/>
          <w:color w:val="66788A"/>
          <w:sz w:val="19"/>
        </w:rPr>
        <w:t>[E-Mail-Adresse]  ·  [Telefonnummer]</w:t>
      </w:r>
    </w:p>
    <w:tbl>
      <w:tblPr>
        <w:tblW w:type="auto" w:w="0"/>
        <w:tblLayout w:type="fixed"/>
        <w:tblLook w:firstColumn="1" w:firstRow="1" w:lastColumn="0" w:lastRow="0" w:noHBand="0" w:noVBand="1" w:val="04A0"/>
      </w:tblPr>
      <w:tblGrid>
        <w:gridCol w:w="4677"/>
        <w:gridCol w:w="4677"/>
      </w:tblGrid>
      <w:tr>
        <w:tc>
          <w:tcPr>
            <w:tcW w:type="dxa" w:w="5953"/>
            <w:vAlign w:val="top"/>
            <w:tcMar>
              <w:top w:w="0" w:type="dxa"/>
              <w:start w:w="0" w:type="dxa"/>
              <w:bottom w:w="0" w:type="dxa"/>
              <w:end w:w="0" w:type="dxa"/>
            </w:tcMar>
            <w:tcBorders>
              <w:top w:val="nil"/>
              <w:left w:val="nil"/>
              <w:bottom w:val="nil"/>
              <w:right w:val="nil"/>
              <w:insideH w:val="nil"/>
              <w:insideV w:val="nil"/>
            </w:tcBorders>
          </w:tcPr>
          <w:p>
            <w:pPr>
              <w:spacing w:after="80"/>
            </w:pPr>
            <w:r/>
            <w:r>
              <w:rPr>
                <w:rFonts w:ascii="Arial" w:hAnsi="Arial"/>
                <w:b/>
                <w:color w:val="159FD1"/>
                <w:sz w:val="16"/>
              </w:rPr>
              <w:t>EMPFÄNGER</w:t>
            </w:r>
          </w:p>
          <w:p>
            <w:pPr>
              <w:spacing w:after="20"/>
            </w:pPr>
            <w:r>
              <w:rPr>
                <w:rFonts w:ascii="Arial" w:hAnsi="Arial"/>
                <w:b/>
                <w:color w:val="172B3F"/>
                <w:sz w:val="21"/>
              </w:rPr>
              <w:t>Tele Columbus AG</w:t>
            </w:r>
          </w:p>
          <w:p>
            <w:pPr>
              <w:spacing w:after="20"/>
            </w:pPr>
            <w:r>
              <w:rPr>
                <w:rFonts w:ascii="Arial" w:hAnsi="Arial"/>
                <w:b w:val="0"/>
                <w:color w:val="172B3F"/>
                <w:sz w:val="21"/>
              </w:rPr>
              <w:t>Postfach 11 06 08</w:t>
            </w:r>
          </w:p>
          <w:p>
            <w:pPr>
              <w:spacing w:after="20"/>
            </w:pPr>
            <w:r>
              <w:rPr>
                <w:rFonts w:ascii="Arial" w:hAnsi="Arial"/>
                <w:b w:val="0"/>
                <w:color w:val="172B3F"/>
                <w:sz w:val="21"/>
              </w:rPr>
              <w:t>10836 Berlin</w:t>
            </w:r>
          </w:p>
        </w:tc>
        <w:tc>
          <w:tcPr>
            <w:tcW w:type="dxa" w:w="3402"/>
            <w:vAlign w:val="top"/>
            <w:tcMar>
              <w:top w:w="0" w:type="dxa"/>
              <w:start w:w="0" w:type="dxa"/>
              <w:bottom w:w="0" w:type="dxa"/>
              <w:end w:w="0" w:type="dxa"/>
            </w:tcMar>
            <w:tcBorders>
              <w:top w:val="nil"/>
              <w:left w:val="nil"/>
              <w:bottom w:val="nil"/>
              <w:right w:val="nil"/>
              <w:insideH w:val="nil"/>
              <w:insideV w:val="nil"/>
            </w:tcBorders>
          </w:tcPr>
          <w:p>
            <w:pPr>
              <w:spacing w:after="80"/>
              <w:jc w:val="right"/>
            </w:pPr>
            <w:r/>
            <w:r>
              <w:rPr>
                <w:rFonts w:ascii="Arial" w:hAnsi="Arial"/>
                <w:b/>
                <w:color w:val="159FD1"/>
                <w:sz w:val="16"/>
              </w:rPr>
              <w:t>DATUM</w:t>
            </w:r>
          </w:p>
          <w:p>
            <w:pPr>
              <w:spacing w:after="0"/>
              <w:jc w:val="right"/>
            </w:pPr>
            <w:r>
              <w:rPr>
                <w:rFonts w:ascii="Arial" w:hAnsi="Arial"/>
                <w:color w:val="172B3F"/>
                <w:sz w:val="21"/>
              </w:rPr>
              <w:t>[Ort], [TT.MM.JJJJ]</w:t>
            </w:r>
          </w:p>
        </w:tc>
      </w:tr>
    </w:tbl>
    <w:p>
      <w:pPr>
        <w:spacing w:after="40" w:line="84" w:lineRule="auto"/>
      </w:pPr>
    </w:p>
    <w:p>
      <w:pPr>
        <w:spacing w:before="200" w:after="100"/>
      </w:pPr>
      <w:r>
        <w:rPr>
          <w:rFonts w:ascii="Arial" w:hAnsi="Arial"/>
          <w:b/>
          <w:color w:val="000000"/>
          <w:sz w:val="30"/>
        </w:rPr>
        <w:t>Kündigung meines Vertrags bei PŸUR</w:t>
      </w:r>
    </w:p>
    <w:p>
      <w:pPr>
        <w:spacing w:after="300"/>
      </w:pPr>
      <w:r>
        <w:rPr>
          <w:rFonts w:ascii="Arial" w:hAnsi="Arial"/>
          <w:b/>
          <w:color w:val="159FD1"/>
          <w:sz w:val="19"/>
        </w:rPr>
        <w:t>Kündigung zum nächstmöglichen Zeitpunkt</w:t>
      </w:r>
    </w:p>
    <w:p>
      <w:pPr>
        <w:spacing w:after="80"/>
      </w:pPr>
      <w:r>
        <w:rPr>
          <w:rFonts w:ascii="Arial" w:hAnsi="Arial"/>
          <w:b/>
          <w:color w:val="159FD1"/>
          <w:sz w:val="16"/>
        </w:rPr>
        <w:t>VERTRAGSDATEN</w:t>
      </w:r>
    </w:p>
    <w:tbl>
      <w:tblPr>
        <w:tblW w:type="auto" w:w="0"/>
        <w:tblLayout w:type="fixed"/>
        <w:tblLook w:firstColumn="1" w:firstRow="1" w:lastColumn="0" w:lastRow="0" w:noHBand="0" w:noVBand="1" w:val="04A0"/>
      </w:tblPr>
      <w:tblGrid>
        <w:gridCol w:w="3118"/>
        <w:gridCol w:w="3118"/>
        <w:gridCol w:w="3118"/>
      </w:tblGrid>
      <w:tr>
        <w:tc>
          <w:tcPr>
            <w:tcW w:type="dxa" w:w="2920"/>
            <w:tcMar>
              <w:top w:w="0" w:type="dxa"/>
              <w:start w:w="0" w:type="dxa"/>
              <w:bottom w:w="70" w:type="dxa"/>
              <w:end w:w="220" w:type="dxa"/>
            </w:tcMar>
            <w:tcBorders>
              <w:top w:val="nil"/>
              <w:left w:val="nil"/>
              <w:bottom w:val="nil"/>
              <w:right w:val="nil"/>
              <w:insideH w:val="nil"/>
              <w:insideV w:val="nil"/>
            </w:tcBorders>
            <w:vAlign w:val="bottom"/>
          </w:tcPr>
          <w:p>
            <w:pPr>
              <w:spacing w:after="20"/>
            </w:pPr>
            <w:r/>
            <w:r>
              <w:rPr>
                <w:rFonts w:ascii="Arial" w:hAnsi="Arial"/>
                <w:b/>
                <w:color w:val="66788A"/>
                <w:sz w:val="17"/>
              </w:rPr>
              <w:t>Vertragsnummer</w:t>
            </w:r>
          </w:p>
        </w:tc>
        <w:tc>
          <w:tcPr>
            <w:tcW w:type="dxa" w:w="2920"/>
            <w:tcMar>
              <w:top w:w="0" w:type="dxa"/>
              <w:start w:w="0" w:type="dxa"/>
              <w:bottom w:w="70" w:type="dxa"/>
              <w:end w:w="220" w:type="dxa"/>
            </w:tcMar>
            <w:tcBorders>
              <w:top w:val="nil"/>
              <w:left w:val="nil"/>
              <w:bottom w:val="nil"/>
              <w:right w:val="nil"/>
              <w:insideH w:val="nil"/>
              <w:insideV w:val="nil"/>
            </w:tcBorders>
            <w:vAlign w:val="bottom"/>
          </w:tcPr>
          <w:p>
            <w:pPr>
              <w:spacing w:after="20"/>
            </w:pPr>
            <w:r/>
            <w:r>
              <w:rPr>
                <w:rFonts w:ascii="Arial" w:hAnsi="Arial"/>
                <w:b/>
                <w:color w:val="66788A"/>
                <w:sz w:val="17"/>
              </w:rPr>
              <w:t>Kundennummer</w:t>
            </w:r>
          </w:p>
        </w:tc>
        <w:tc>
          <w:tcPr>
            <w:tcW w:type="dxa" w:w="2920"/>
            <w:tcMar>
              <w:top w:w="0" w:type="dxa"/>
              <w:start w:w="0" w:type="dxa"/>
              <w:bottom w:w="70" w:type="dxa"/>
              <w:end w:w="0" w:type="dxa"/>
            </w:tcMar>
            <w:tcBorders>
              <w:top w:val="nil"/>
              <w:left w:val="nil"/>
              <w:bottom w:val="nil"/>
              <w:right w:val="nil"/>
              <w:insideH w:val="nil"/>
              <w:insideV w:val="nil"/>
            </w:tcBorders>
            <w:vAlign w:val="bottom"/>
          </w:tcPr>
          <w:p>
            <w:pPr>
              <w:spacing w:after="20"/>
            </w:pPr>
            <w:r/>
            <w:r>
              <w:rPr>
                <w:rFonts w:ascii="Arial" w:hAnsi="Arial"/>
                <w:b/>
                <w:color w:val="66788A"/>
                <w:sz w:val="17"/>
              </w:rPr>
              <w:t>Produkt</w:t>
            </w:r>
          </w:p>
        </w:tc>
      </w:tr>
      <w:tr>
        <w:tc>
          <w:tcPr>
            <w:tcW w:type="dxa" w:w="2920"/>
            <w:tcMar>
              <w:top w:w="0" w:type="dxa"/>
              <w:start w:w="0" w:type="dxa"/>
              <w:bottom w:w="70" w:type="dxa"/>
              <w:end w:w="22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[Vertragsnummer]</w:t>
            </w:r>
          </w:p>
        </w:tc>
        <w:tc>
          <w:tcPr>
            <w:tcW w:type="dxa" w:w="2920"/>
            <w:tcMar>
              <w:top w:w="0" w:type="dxa"/>
              <w:start w:w="0" w:type="dxa"/>
              <w:bottom w:w="70" w:type="dxa"/>
              <w:end w:w="22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[Kundennummer]</w:t>
            </w:r>
          </w:p>
        </w:tc>
        <w:tc>
          <w:tcPr>
            <w:tcW w:type="dxa" w:w="2920"/>
            <w:tcMar>
              <w:top w:w="0" w:type="dxa"/>
              <w:start w:w="0" w:type="dxa"/>
              <w:bottom w:w="70" w:type="dxa"/>
              <w:end w:w="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[Produkt oder Tarif]</w:t>
            </w:r>
          </w:p>
        </w:tc>
      </w:tr>
    </w:tbl>
    <w:p>
      <w:pPr>
        <w:spacing w:after="60" w:line="108" w:lineRule="auto"/>
      </w:pPr>
    </w:p>
    <w:p>
      <w:pPr>
        <w:spacing w:after="200"/>
      </w:pPr>
      <w:r>
        <w:t>Sehr geehrte Damen und Herren,</w:t>
      </w:r>
    </w:p>
    <w:p>
      <w:pPr>
        <w:spacing w:after="200"/>
      </w:pPr>
      <w:r>
        <w:t>hiermit kündige ich meinen oben genannten Vertrag fristgerecht zum nächstmöglichen Zeitpunkt. Hilfsweise kündige ich zum nächstmöglichen zulässigen Termin.</w:t>
      </w:r>
    </w:p>
    <w:p>
      <w:pPr>
        <w:spacing w:after="320"/>
      </w:pPr>
      <w:r>
        <w:t>Bitte bestätigen Sie mir den Eingang dieser Kündigung und den genauen Beendigungszeitpunkt in Textform. Teilen Sie mir außerdem mit, ob bereitgestellte Hardware zurückzusenden ist und bis wann die Rückgabe erfolgen muss.</w:t>
      </w:r>
    </w:p>
    <w:p>
      <w:pPr>
        <w:spacing w:after="400"/>
      </w:pPr>
      <w:r>
        <w:t>Mit freundlichen Grüßen</w:t>
      </w:r>
    </w:p>
    <w:p>
      <w:pPr>
        <w:spacing w:after="60"/>
      </w:pPr>
      <w:r>
        <w:rPr>
          <w:rFonts w:ascii="Arial" w:hAnsi="Arial"/>
          <w:color w:val="66788A"/>
          <w:sz w:val="18"/>
        </w:rPr>
        <w:t>[Unterschrift]</w:t>
      </w:r>
    </w:p>
    <w:p>
      <w:pPr>
        <w:spacing w:after="0"/>
      </w:pPr>
      <w:r>
        <w:rPr>
          <w:rFonts w:ascii="Arial" w:hAnsi="Arial"/>
          <w:b/>
          <w:color w:val="172B3F"/>
          <w:sz w:val="21"/>
        </w:rPr>
        <w:t>[Vorname Nachname]</w:t>
      </w:r>
    </w:p>
    <w:sectPr w:rsidR="00FC693F" w:rsidRPr="0006063C" w:rsidSect="00034616">
      <w:pgSz w:w="11906" w:h="16838"/>
      <w:pgMar w:top="822" w:right="1276" w:bottom="96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172B3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